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9D146" w14:textId="77777777" w:rsidR="00E23B82" w:rsidRPr="0022776F" w:rsidRDefault="00000000">
      <w:pPr>
        <w:pStyle w:val="Titolo1"/>
        <w:rPr>
          <w:sz w:val="24"/>
          <w:szCs w:val="24"/>
        </w:rPr>
      </w:pPr>
      <w:proofErr w:type="spellStart"/>
      <w:r w:rsidRPr="0022776F">
        <w:rPr>
          <w:sz w:val="24"/>
          <w:szCs w:val="24"/>
        </w:rPr>
        <w:t>Modello</w:t>
      </w:r>
      <w:proofErr w:type="spellEnd"/>
      <w:r w:rsidRPr="0022776F">
        <w:rPr>
          <w:sz w:val="24"/>
          <w:szCs w:val="24"/>
        </w:rPr>
        <w:t xml:space="preserve"> per la </w:t>
      </w:r>
      <w:proofErr w:type="spellStart"/>
      <w:r w:rsidRPr="0022776F">
        <w:rPr>
          <w:sz w:val="24"/>
          <w:szCs w:val="24"/>
        </w:rPr>
        <w:t>segnalazione</w:t>
      </w:r>
      <w:proofErr w:type="spellEnd"/>
      <w:r w:rsidRPr="0022776F">
        <w:rPr>
          <w:sz w:val="24"/>
          <w:szCs w:val="24"/>
        </w:rPr>
        <w:t xml:space="preserve"> di allergie e/o intolleranze alimentari</w:t>
      </w:r>
    </w:p>
    <w:p w14:paraId="12DC1096" w14:textId="047F635A" w:rsidR="00E23B82" w:rsidRPr="0022776F" w:rsidRDefault="00000000" w:rsidP="0022776F">
      <w:pPr>
        <w:rPr>
          <w:sz w:val="20"/>
          <w:szCs w:val="20"/>
        </w:rPr>
      </w:pPr>
      <w:r w:rsidRPr="0022776F">
        <w:rPr>
          <w:sz w:val="20"/>
          <w:szCs w:val="20"/>
        </w:rPr>
        <w:t xml:space="preserve">Al </w:t>
      </w:r>
      <w:proofErr w:type="spellStart"/>
      <w:r w:rsidRPr="0022776F">
        <w:rPr>
          <w:sz w:val="20"/>
          <w:szCs w:val="20"/>
        </w:rPr>
        <w:t>Dirigente</w:t>
      </w:r>
      <w:proofErr w:type="spellEnd"/>
      <w:r w:rsidRPr="0022776F">
        <w:rPr>
          <w:sz w:val="20"/>
          <w:szCs w:val="20"/>
        </w:rPr>
        <w:t xml:space="preserve"> </w:t>
      </w:r>
      <w:proofErr w:type="spellStart"/>
      <w:r w:rsidRPr="0022776F">
        <w:rPr>
          <w:sz w:val="20"/>
          <w:szCs w:val="20"/>
        </w:rPr>
        <w:t>scolastico</w:t>
      </w:r>
      <w:proofErr w:type="spellEnd"/>
      <w:r w:rsidRPr="0022776F">
        <w:rPr>
          <w:sz w:val="20"/>
          <w:szCs w:val="20"/>
        </w:rPr>
        <w:br/>
      </w:r>
      <w:proofErr w:type="spellStart"/>
      <w:r w:rsidRPr="0022776F">
        <w:rPr>
          <w:sz w:val="20"/>
          <w:szCs w:val="20"/>
        </w:rPr>
        <w:t>dell’Istituto</w:t>
      </w:r>
      <w:proofErr w:type="spellEnd"/>
      <w:r w:rsidRPr="0022776F">
        <w:rPr>
          <w:sz w:val="20"/>
          <w:szCs w:val="20"/>
        </w:rPr>
        <w:t xml:space="preserve"> </w:t>
      </w:r>
      <w:proofErr w:type="spellStart"/>
      <w:r w:rsidRPr="0022776F">
        <w:rPr>
          <w:sz w:val="20"/>
          <w:szCs w:val="20"/>
        </w:rPr>
        <w:t>Comprensivo</w:t>
      </w:r>
      <w:proofErr w:type="spellEnd"/>
      <w:r w:rsidRPr="0022776F">
        <w:rPr>
          <w:sz w:val="20"/>
          <w:szCs w:val="20"/>
        </w:rPr>
        <w:t xml:space="preserve"> di Prizzi – Palazzo Adriano</w:t>
      </w:r>
      <w:r w:rsidRPr="0022776F">
        <w:rPr>
          <w:sz w:val="20"/>
          <w:szCs w:val="20"/>
        </w:rPr>
        <w:br/>
      </w:r>
      <w:r w:rsidRPr="0022776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 xml:space="preserve">Dati del </w:t>
      </w:r>
      <w:proofErr w:type="spellStart"/>
      <w:r w:rsidRPr="0022776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genitore</w:t>
      </w:r>
      <w:proofErr w:type="spellEnd"/>
      <w:r w:rsidRPr="0022776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/</w:t>
      </w:r>
      <w:proofErr w:type="spellStart"/>
      <w:r w:rsidRPr="0022776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tutore</w:t>
      </w:r>
      <w:proofErr w:type="spellEnd"/>
    </w:p>
    <w:tbl>
      <w:tblPr>
        <w:tblW w:w="9160" w:type="dxa"/>
        <w:tblLook w:val="04A0" w:firstRow="1" w:lastRow="0" w:firstColumn="1" w:lastColumn="0" w:noHBand="0" w:noVBand="1"/>
      </w:tblPr>
      <w:tblGrid>
        <w:gridCol w:w="800"/>
        <w:gridCol w:w="188"/>
        <w:gridCol w:w="2119"/>
        <w:gridCol w:w="343"/>
        <w:gridCol w:w="1801"/>
        <w:gridCol w:w="396"/>
        <w:gridCol w:w="1075"/>
        <w:gridCol w:w="301"/>
        <w:gridCol w:w="1900"/>
        <w:gridCol w:w="244"/>
      </w:tblGrid>
      <w:tr w:rsidR="00E23B82" w:rsidRPr="0022776F" w14:paraId="275E90D7" w14:textId="77777777" w:rsidTr="0022776F">
        <w:trPr>
          <w:gridAfter w:val="1"/>
          <w:wAfter w:w="304" w:type="dxa"/>
        </w:trPr>
        <w:tc>
          <w:tcPr>
            <w:tcW w:w="797" w:type="dxa"/>
          </w:tcPr>
          <w:p w14:paraId="1F74F9C6" w14:textId="77777777" w:rsidR="00E23B82" w:rsidRPr="0022776F" w:rsidRDefault="00000000">
            <w:pPr>
              <w:rPr>
                <w:sz w:val="20"/>
                <w:szCs w:val="20"/>
              </w:rPr>
            </w:pPr>
            <w:proofErr w:type="spellStart"/>
            <w:r w:rsidRPr="0022776F">
              <w:rPr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2421" w:type="dxa"/>
            <w:gridSpan w:val="2"/>
          </w:tcPr>
          <w:p w14:paraId="659EEC02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Cognome e Nome</w:t>
            </w:r>
          </w:p>
        </w:tc>
        <w:tc>
          <w:tcPr>
            <w:tcW w:w="2134" w:type="dxa"/>
            <w:gridSpan w:val="2"/>
          </w:tcPr>
          <w:p w14:paraId="1CD0E2B8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Luogo di nascita</w:t>
            </w:r>
          </w:p>
        </w:tc>
        <w:tc>
          <w:tcPr>
            <w:tcW w:w="1370" w:type="dxa"/>
            <w:gridSpan w:val="2"/>
          </w:tcPr>
          <w:p w14:paraId="14966618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Data di nascita</w:t>
            </w:r>
          </w:p>
        </w:tc>
        <w:tc>
          <w:tcPr>
            <w:tcW w:w="2134" w:type="dxa"/>
            <w:gridSpan w:val="2"/>
          </w:tcPr>
          <w:p w14:paraId="68D75180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Firma</w:t>
            </w:r>
          </w:p>
        </w:tc>
      </w:tr>
      <w:tr w:rsidR="00E23B82" w:rsidRPr="0022776F" w14:paraId="005B662C" w14:textId="77777777" w:rsidTr="0022776F">
        <w:tc>
          <w:tcPr>
            <w:tcW w:w="1101" w:type="dxa"/>
            <w:gridSpan w:val="2"/>
          </w:tcPr>
          <w:p w14:paraId="71E74CD0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Padre</w:t>
            </w:r>
          </w:p>
        </w:tc>
        <w:tc>
          <w:tcPr>
            <w:tcW w:w="2421" w:type="dxa"/>
            <w:gridSpan w:val="2"/>
          </w:tcPr>
          <w:p w14:paraId="517AB70E" w14:textId="77777777" w:rsidR="00E23B82" w:rsidRPr="0022776F" w:rsidRDefault="00000000" w:rsidP="0022776F">
            <w:pPr>
              <w:ind w:left="318"/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2134" w:type="dxa"/>
            <w:gridSpan w:val="2"/>
          </w:tcPr>
          <w:p w14:paraId="6BCD78B6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1370" w:type="dxa"/>
            <w:gridSpan w:val="2"/>
          </w:tcPr>
          <w:p w14:paraId="449CDC26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___/___/_______</w:t>
            </w:r>
          </w:p>
        </w:tc>
        <w:tc>
          <w:tcPr>
            <w:tcW w:w="2134" w:type="dxa"/>
            <w:gridSpan w:val="2"/>
          </w:tcPr>
          <w:p w14:paraId="50B6655C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</w:tr>
      <w:tr w:rsidR="00E23B82" w:rsidRPr="0022776F" w14:paraId="759F3EA2" w14:textId="77777777" w:rsidTr="0022776F">
        <w:trPr>
          <w:gridAfter w:val="1"/>
          <w:wAfter w:w="304" w:type="dxa"/>
        </w:trPr>
        <w:tc>
          <w:tcPr>
            <w:tcW w:w="797" w:type="dxa"/>
          </w:tcPr>
          <w:p w14:paraId="4D6B611A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Madre</w:t>
            </w:r>
          </w:p>
        </w:tc>
        <w:tc>
          <w:tcPr>
            <w:tcW w:w="2421" w:type="dxa"/>
            <w:gridSpan w:val="2"/>
          </w:tcPr>
          <w:p w14:paraId="2B79085A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2134" w:type="dxa"/>
            <w:gridSpan w:val="2"/>
          </w:tcPr>
          <w:p w14:paraId="5D4227C1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1370" w:type="dxa"/>
            <w:gridSpan w:val="2"/>
          </w:tcPr>
          <w:p w14:paraId="4DFC06C2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___/___/_______</w:t>
            </w:r>
          </w:p>
        </w:tc>
        <w:tc>
          <w:tcPr>
            <w:tcW w:w="2134" w:type="dxa"/>
            <w:gridSpan w:val="2"/>
          </w:tcPr>
          <w:p w14:paraId="589C0CAD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</w:tr>
      <w:tr w:rsidR="00E23B82" w:rsidRPr="0022776F" w14:paraId="19258CB2" w14:textId="77777777" w:rsidTr="0022776F">
        <w:trPr>
          <w:gridAfter w:val="1"/>
          <w:wAfter w:w="304" w:type="dxa"/>
        </w:trPr>
        <w:tc>
          <w:tcPr>
            <w:tcW w:w="797" w:type="dxa"/>
          </w:tcPr>
          <w:p w14:paraId="7932BB5E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Tutore</w:t>
            </w:r>
          </w:p>
        </w:tc>
        <w:tc>
          <w:tcPr>
            <w:tcW w:w="2421" w:type="dxa"/>
            <w:gridSpan w:val="2"/>
          </w:tcPr>
          <w:p w14:paraId="2A4B025B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2134" w:type="dxa"/>
            <w:gridSpan w:val="2"/>
          </w:tcPr>
          <w:p w14:paraId="1AA6249E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1370" w:type="dxa"/>
            <w:gridSpan w:val="2"/>
          </w:tcPr>
          <w:p w14:paraId="72D786C7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___/___/_______</w:t>
            </w:r>
          </w:p>
        </w:tc>
        <w:tc>
          <w:tcPr>
            <w:tcW w:w="2134" w:type="dxa"/>
            <w:gridSpan w:val="2"/>
          </w:tcPr>
          <w:p w14:paraId="515A8823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</w:tr>
    </w:tbl>
    <w:p w14:paraId="5093444E" w14:textId="77777777" w:rsidR="00E23B82" w:rsidRPr="0022776F" w:rsidRDefault="00E23B82">
      <w:pPr>
        <w:rPr>
          <w:sz w:val="20"/>
          <w:szCs w:val="20"/>
        </w:rPr>
      </w:pPr>
    </w:p>
    <w:p w14:paraId="3CB054A7" w14:textId="77777777" w:rsidR="00E23B82" w:rsidRPr="0022776F" w:rsidRDefault="00000000">
      <w:pPr>
        <w:pStyle w:val="Titolo2"/>
        <w:rPr>
          <w:sz w:val="24"/>
          <w:szCs w:val="24"/>
        </w:rPr>
      </w:pPr>
      <w:r w:rsidRPr="0022776F">
        <w:rPr>
          <w:sz w:val="24"/>
          <w:szCs w:val="24"/>
        </w:rPr>
        <w:t>Dati dell’alunno/a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44"/>
        <w:gridCol w:w="2144"/>
        <w:gridCol w:w="1440"/>
        <w:gridCol w:w="1440"/>
        <w:gridCol w:w="1440"/>
        <w:gridCol w:w="1440"/>
      </w:tblGrid>
      <w:tr w:rsidR="00E23B82" w:rsidRPr="0022776F" w14:paraId="67BD18CA" w14:textId="77777777">
        <w:tc>
          <w:tcPr>
            <w:tcW w:w="1440" w:type="dxa"/>
          </w:tcPr>
          <w:p w14:paraId="53AC6F39" w14:textId="77777777" w:rsidR="00E23B82" w:rsidRPr="0022776F" w:rsidRDefault="00000000">
            <w:pPr>
              <w:rPr>
                <w:sz w:val="20"/>
                <w:szCs w:val="20"/>
              </w:rPr>
            </w:pPr>
            <w:proofErr w:type="spellStart"/>
            <w:r w:rsidRPr="0022776F">
              <w:rPr>
                <w:sz w:val="20"/>
                <w:szCs w:val="20"/>
              </w:rPr>
              <w:t>Cognome</w:t>
            </w:r>
            <w:proofErr w:type="spellEnd"/>
            <w:r w:rsidRPr="0022776F">
              <w:rPr>
                <w:sz w:val="20"/>
                <w:szCs w:val="20"/>
              </w:rPr>
              <w:t xml:space="preserve"> e Nome</w:t>
            </w:r>
          </w:p>
        </w:tc>
        <w:tc>
          <w:tcPr>
            <w:tcW w:w="1440" w:type="dxa"/>
          </w:tcPr>
          <w:p w14:paraId="1933AE68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Luogo di nascita</w:t>
            </w:r>
          </w:p>
        </w:tc>
        <w:tc>
          <w:tcPr>
            <w:tcW w:w="1440" w:type="dxa"/>
          </w:tcPr>
          <w:p w14:paraId="6EB6974E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Data di nascita</w:t>
            </w:r>
          </w:p>
        </w:tc>
        <w:tc>
          <w:tcPr>
            <w:tcW w:w="1440" w:type="dxa"/>
          </w:tcPr>
          <w:p w14:paraId="6DD78F22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Classe</w:t>
            </w:r>
          </w:p>
        </w:tc>
        <w:tc>
          <w:tcPr>
            <w:tcW w:w="1440" w:type="dxa"/>
          </w:tcPr>
          <w:p w14:paraId="019AF8AD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Sezione</w:t>
            </w:r>
          </w:p>
        </w:tc>
        <w:tc>
          <w:tcPr>
            <w:tcW w:w="1440" w:type="dxa"/>
          </w:tcPr>
          <w:p w14:paraId="3142B8ED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Scuola</w:t>
            </w:r>
          </w:p>
        </w:tc>
      </w:tr>
      <w:tr w:rsidR="00E23B82" w:rsidRPr="0022776F" w14:paraId="0C792095" w14:textId="77777777">
        <w:tc>
          <w:tcPr>
            <w:tcW w:w="1440" w:type="dxa"/>
          </w:tcPr>
          <w:p w14:paraId="5C6CE7AB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1440" w:type="dxa"/>
          </w:tcPr>
          <w:p w14:paraId="59006B07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1440" w:type="dxa"/>
          </w:tcPr>
          <w:p w14:paraId="0016D891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___/___/_______</w:t>
            </w:r>
          </w:p>
        </w:tc>
        <w:tc>
          <w:tcPr>
            <w:tcW w:w="1440" w:type="dxa"/>
          </w:tcPr>
          <w:p w14:paraId="077EF12B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</w:t>
            </w:r>
          </w:p>
        </w:tc>
        <w:tc>
          <w:tcPr>
            <w:tcW w:w="1440" w:type="dxa"/>
          </w:tcPr>
          <w:p w14:paraId="2BF6C4D5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______</w:t>
            </w:r>
          </w:p>
        </w:tc>
        <w:tc>
          <w:tcPr>
            <w:tcW w:w="1440" w:type="dxa"/>
          </w:tcPr>
          <w:p w14:paraId="34E9E814" w14:textId="77777777" w:rsidR="00E23B82" w:rsidRPr="0022776F" w:rsidRDefault="00000000">
            <w:pPr>
              <w:rPr>
                <w:sz w:val="20"/>
                <w:szCs w:val="20"/>
              </w:rPr>
            </w:pPr>
            <w:r w:rsidRPr="0022776F">
              <w:rPr>
                <w:sz w:val="20"/>
                <w:szCs w:val="20"/>
              </w:rPr>
              <w:t>☐ Infanzia   ☐ Primaria   ☐ Secondaria I grado</w:t>
            </w:r>
          </w:p>
        </w:tc>
      </w:tr>
    </w:tbl>
    <w:p w14:paraId="1DE3BB63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Comune di frequenza: __________________________</w:t>
      </w:r>
    </w:p>
    <w:p w14:paraId="449894D7" w14:textId="77777777" w:rsidR="00E23B82" w:rsidRPr="0022776F" w:rsidRDefault="00000000">
      <w:pPr>
        <w:pStyle w:val="Titolo2"/>
        <w:rPr>
          <w:sz w:val="24"/>
          <w:szCs w:val="24"/>
        </w:rPr>
      </w:pPr>
      <w:r w:rsidRPr="0022776F">
        <w:rPr>
          <w:sz w:val="24"/>
          <w:szCs w:val="24"/>
        </w:rPr>
        <w:t>Comunicazione</w:t>
      </w:r>
    </w:p>
    <w:p w14:paraId="2C92C7B6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Il/La sottoscritto/a comunica che l’alunno/a sopraindicato è affetto/a da:</w:t>
      </w:r>
    </w:p>
    <w:p w14:paraId="16044F29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☐ Allergia alimentare (specificare: ________________________________)</w:t>
      </w:r>
    </w:p>
    <w:p w14:paraId="3E5D9AA8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☐ Intolleranza alimentare (specificare: ____________________________)</w:t>
      </w:r>
    </w:p>
    <w:p w14:paraId="2802F2CE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come da certificazione medica allegata, da trasmettere al Comune di __________________________ per la predisposizione dei pasti differenziati.</w:t>
      </w:r>
    </w:p>
    <w:p w14:paraId="14297F29" w14:textId="77777777" w:rsidR="00E23B82" w:rsidRPr="0022776F" w:rsidRDefault="00000000">
      <w:pPr>
        <w:pStyle w:val="Titolo2"/>
        <w:rPr>
          <w:sz w:val="24"/>
          <w:szCs w:val="24"/>
        </w:rPr>
      </w:pPr>
      <w:r w:rsidRPr="0022776F">
        <w:rPr>
          <w:sz w:val="24"/>
          <w:szCs w:val="24"/>
        </w:rPr>
        <w:t>Privacy</w:t>
      </w:r>
    </w:p>
    <w:p w14:paraId="170015D3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☑ Autorizzo il trattamento dei dati personali ai sensi del D.Lgs. 196/2003 e dell’art. 13 GDPR (Regolamento UE 2016/679), limitatamente alle finalità della presente comunicazione.</w:t>
      </w:r>
    </w:p>
    <w:p w14:paraId="7951EF87" w14:textId="77777777" w:rsidR="00E23B82" w:rsidRPr="0022776F" w:rsidRDefault="00000000">
      <w:pPr>
        <w:pStyle w:val="Titolo2"/>
        <w:rPr>
          <w:sz w:val="24"/>
          <w:szCs w:val="24"/>
        </w:rPr>
      </w:pPr>
      <w:r w:rsidRPr="0022776F">
        <w:rPr>
          <w:sz w:val="24"/>
          <w:szCs w:val="24"/>
        </w:rPr>
        <w:t>Allegati obbligatori</w:t>
      </w:r>
    </w:p>
    <w:p w14:paraId="575F10DE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- Certificazione medica aggiornata</w:t>
      </w:r>
    </w:p>
    <w:p w14:paraId="7516F42E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t>- Copia documento di identità in corso di validità del/i genitore/i o tutore</w:t>
      </w:r>
    </w:p>
    <w:p w14:paraId="0CA27942" w14:textId="77777777" w:rsidR="00E23B82" w:rsidRPr="0022776F" w:rsidRDefault="00000000">
      <w:pPr>
        <w:rPr>
          <w:sz w:val="20"/>
          <w:szCs w:val="20"/>
        </w:rPr>
      </w:pPr>
      <w:r w:rsidRPr="0022776F">
        <w:rPr>
          <w:sz w:val="20"/>
          <w:szCs w:val="20"/>
        </w:rPr>
        <w:br/>
        <w:t>Luogo __________________________    Data ___/___/_______</w:t>
      </w:r>
    </w:p>
    <w:sectPr w:rsidR="00E23B82" w:rsidRPr="0022776F" w:rsidSect="0022776F">
      <w:pgSz w:w="12240" w:h="15840"/>
      <w:pgMar w:top="709" w:right="474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4994611">
    <w:abstractNumId w:val="8"/>
  </w:num>
  <w:num w:numId="2" w16cid:durableId="1417289468">
    <w:abstractNumId w:val="6"/>
  </w:num>
  <w:num w:numId="3" w16cid:durableId="323973238">
    <w:abstractNumId w:val="5"/>
  </w:num>
  <w:num w:numId="4" w16cid:durableId="1430737647">
    <w:abstractNumId w:val="4"/>
  </w:num>
  <w:num w:numId="5" w16cid:durableId="1227492779">
    <w:abstractNumId w:val="7"/>
  </w:num>
  <w:num w:numId="6" w16cid:durableId="1272589640">
    <w:abstractNumId w:val="3"/>
  </w:num>
  <w:num w:numId="7" w16cid:durableId="86662569">
    <w:abstractNumId w:val="2"/>
  </w:num>
  <w:num w:numId="8" w16cid:durableId="827282196">
    <w:abstractNumId w:val="1"/>
  </w:num>
  <w:num w:numId="9" w16cid:durableId="99742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2914"/>
    <w:rsid w:val="0022776F"/>
    <w:rsid w:val="0029639D"/>
    <w:rsid w:val="00326F90"/>
    <w:rsid w:val="00AA1D8D"/>
    <w:rsid w:val="00B47730"/>
    <w:rsid w:val="00CB0664"/>
    <w:rsid w:val="00E23B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50818"/>
  <w14:defaultImageDpi w14:val="300"/>
  <w15:docId w15:val="{493487A3-F16B-460F-88AC-7DD91A1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Giuseppe Farruggia</cp:lastModifiedBy>
  <cp:revision>2</cp:revision>
  <dcterms:created xsi:type="dcterms:W3CDTF">2013-12-23T23:15:00Z</dcterms:created>
  <dcterms:modified xsi:type="dcterms:W3CDTF">2025-09-22T07:37:00Z</dcterms:modified>
  <cp:category/>
</cp:coreProperties>
</file>